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ЮВАО, Выхино-Жулебино, Сормовский проезд, влд. 13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ЮВАО, Выхино-Жулебино, Сормовский проезд, влд. 13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Выхино-Жулебино.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01.12.2021 на официальном сайте и проводится с 08:00 01.12.2021 по 23:59 14.12.2021.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